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6E63"/>
          <w:sz w:val="40"/>
        </w:rPr>
        <w:t>Team check-in questions</w:t>
      </w:r>
    </w:p>
    <w:p>
      <w:r>
        <w:rPr>
          <w:b w:val="0"/>
          <w:color w:val="555555"/>
          <w:sz w:val="22"/>
        </w:rPr>
        <w:t>Everyday questions for 1:1s and team meetings about whether the work is sustainable. They are conversation starters, not a test or a score.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Ask one or two at a time, not all of them. Answer the same questions yourself. Never ask about health conditions: ask about the work.</w:t>
            </w:r>
          </w:p>
        </w:tc>
      </w:tr>
    </w:tbl>
    <w:p/>
    <w:p>
      <w:pPr>
        <w:spacing w:before="240"/>
      </w:pPr>
      <w:r>
        <w:rPr>
          <w:b/>
          <w:color w:val="0B6E63"/>
          <w:sz w:val="27"/>
        </w:rPr>
        <w:t>Starting the day</w:t>
      </w:r>
    </w:p>
    <w:p>
      <w:pPr>
        <w:pStyle w:val="ListBullet"/>
      </w:pPr>
      <w:r>
        <w:rPr>
          <w:b w:val="0"/>
        </w:rPr>
        <w:t>How do most of your days start: ready to go, or already behind?</w:t>
      </w:r>
    </w:p>
    <w:p>
      <w:pPr>
        <w:pStyle w:val="ListBullet"/>
      </w:pPr>
      <w:r>
        <w:rPr>
          <w:b w:val="0"/>
        </w:rPr>
        <w:t>What usually takes your energy before lunch?</w:t>
      </w:r>
    </w:p>
    <w:p>
      <w:pPr>
        <w:pStyle w:val="ListBullet"/>
      </w:pPr>
      <w:r>
        <w:rPr>
          <w:b w:val="0"/>
        </w:rPr>
        <w:t>Is there anything about the start of the day we could change?</w:t>
      </w:r>
    </w:p>
    <w:p>
      <w:pPr>
        <w:spacing w:before="240"/>
      </w:pPr>
      <w:r>
        <w:rPr>
          <w:b/>
          <w:color w:val="0B6E63"/>
          <w:sz w:val="27"/>
        </w:rPr>
        <w:t>Time to recover</w:t>
      </w:r>
    </w:p>
    <w:p>
      <w:pPr>
        <w:pStyle w:val="ListBullet"/>
      </w:pPr>
      <w:r>
        <w:rPr>
          <w:b w:val="0"/>
        </w:rPr>
        <w:t>Are you able to stop thinking about work in the evening?</w:t>
      </w:r>
    </w:p>
    <w:p>
      <w:pPr>
        <w:pStyle w:val="ListBullet"/>
      </w:pPr>
      <w:r>
        <w:rPr>
          <w:b w:val="0"/>
        </w:rPr>
        <w:t>When did you last take a full day off without checking messages?</w:t>
      </w:r>
    </w:p>
    <w:p>
      <w:pPr>
        <w:pStyle w:val="ListBullet"/>
      </w:pPr>
      <w:r>
        <w:rPr>
          <w:b w:val="0"/>
        </w:rPr>
        <w:t>Are breaks during the day realistic with the current workload?</w:t>
      </w:r>
    </w:p>
    <w:p>
      <w:pPr>
        <w:spacing w:before="240"/>
      </w:pPr>
      <w:r>
        <w:rPr>
          <w:b/>
          <w:color w:val="0B6E63"/>
          <w:sz w:val="27"/>
        </w:rPr>
        <w:t>Room to concentrate</w:t>
      </w:r>
    </w:p>
    <w:p>
      <w:pPr>
        <w:pStyle w:val="ListBullet"/>
      </w:pPr>
      <w:r>
        <w:rPr>
          <w:b w:val="0"/>
        </w:rPr>
        <w:t>When did you last get 90 minutes of work done without interruption?</w:t>
      </w:r>
    </w:p>
    <w:p>
      <w:pPr>
        <w:pStyle w:val="ListBullet"/>
      </w:pPr>
      <w:r>
        <w:rPr>
          <w:b w:val="0"/>
        </w:rPr>
        <w:t>Which meetings or messages could we cut or move?</w:t>
      </w:r>
    </w:p>
    <w:p>
      <w:pPr>
        <w:pStyle w:val="ListBullet"/>
      </w:pPr>
      <w:r>
        <w:rPr>
          <w:b w:val="0"/>
        </w:rPr>
        <w:t>What is the best time of day for you to do hard work, and is it protected?</w:t>
      </w:r>
    </w:p>
    <w:p>
      <w:pPr>
        <w:spacing w:before="240"/>
      </w:pPr>
      <w:r>
        <w:rPr>
          <w:b/>
          <w:color w:val="0B6E63"/>
          <w:sz w:val="27"/>
        </w:rPr>
        <w:t>Holding up under pressure</w:t>
      </w:r>
    </w:p>
    <w:p>
      <w:pPr>
        <w:pStyle w:val="ListBullet"/>
      </w:pPr>
      <w:r>
        <w:rPr>
          <w:b w:val="0"/>
        </w:rPr>
        <w:t>What is the hardest part of the work right now?</w:t>
      </w:r>
    </w:p>
    <w:p>
      <w:pPr>
        <w:pStyle w:val="ListBullet"/>
      </w:pPr>
      <w:r>
        <w:rPr>
          <w:b w:val="0"/>
        </w:rPr>
        <w:t>If things got busier next month, what would give first?</w:t>
      </w:r>
    </w:p>
    <w:p>
      <w:pPr>
        <w:pStyle w:val="ListBullet"/>
      </w:pPr>
      <w:r>
        <w:rPr>
          <w:b w:val="0"/>
        </w:rPr>
        <w:t>What would make the next busy period easier?</w:t>
      </w:r>
    </w:p>
    <w:p>
      <w:pPr>
        <w:spacing w:before="240"/>
      </w:pPr>
      <w:r>
        <w:rPr>
          <w:b/>
          <w:color w:val="0B6E63"/>
          <w:sz w:val="27"/>
        </w:rPr>
        <w:t>Workload</w:t>
      </w:r>
    </w:p>
    <w:p>
      <w:pPr>
        <w:pStyle w:val="ListBullet"/>
      </w:pPr>
      <w:r>
        <w:rPr>
          <w:b w:val="0"/>
        </w:rPr>
        <w:t>Is the amount of work this week about right, too much or too little?</w:t>
      </w:r>
    </w:p>
    <w:p>
      <w:pPr>
        <w:pStyle w:val="ListBullet"/>
      </w:pPr>
      <w:r>
        <w:rPr>
          <w:b w:val="0"/>
        </w:rPr>
        <w:t>What could move to next week or to someone else?</w:t>
      </w:r>
    </w:p>
    <w:p>
      <w:pPr>
        <w:pStyle w:val="ListBullet"/>
      </w:pPr>
      <w:r>
        <w:rPr>
          <w:b w:val="0"/>
        </w:rPr>
        <w:t>What should we stop doing altogether?</w:t>
      </w:r>
    </w:p>
    <w:p>
      <w:pPr>
        <w:spacing w:before="240"/>
      </w:pPr>
      <w:r>
        <w:rPr>
          <w:b/>
          <w:color w:val="0B6E63"/>
          <w:sz w:val="27"/>
        </w:rPr>
        <w:t>After the conversation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What we agreed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Who does what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When we will check again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employeecapacity.com/free-downloads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employeecapacity.com/free-downloads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check-in questions</dc:title>
  <dc:subject/>
  <dc:creator>thrive at work</dc:creator>
  <cp:keywords/>
  <dc:description>Free template from employeecapacity.com/free-downloads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